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9B5BD" w14:textId="381AF7A1" w:rsidR="00BF4C5E" w:rsidRDefault="00BF4C5E" w:rsidP="00BF4C5E">
      <w:pPr>
        <w:pStyle w:val="Titre2"/>
      </w:pPr>
      <w:r>
        <w:t xml:space="preserve">SECTION 1 – </w:t>
      </w:r>
      <w:proofErr w:type="spellStart"/>
      <w:r w:rsidR="003A6C28">
        <w:t>Demandeur</w:t>
      </w:r>
      <w:proofErr w:type="spellEnd"/>
    </w:p>
    <w:p w14:paraId="40CDFB70" w14:textId="77777777" w:rsidR="00BF4C5E" w:rsidRDefault="00BF4C5E" w:rsidP="00BF4C5E">
      <w:pPr>
        <w:pStyle w:val="NormalWeb"/>
        <w:numPr>
          <w:ilvl w:val="0"/>
          <w:numId w:val="22"/>
        </w:numPr>
      </w:pPr>
      <w:r>
        <w:t>Nom / prénom</w:t>
      </w:r>
    </w:p>
    <w:p w14:paraId="3933C11E" w14:textId="77777777" w:rsidR="00BF4C5E" w:rsidRDefault="00BF4C5E" w:rsidP="00BF4C5E">
      <w:pPr>
        <w:pStyle w:val="NormalWeb"/>
        <w:numPr>
          <w:ilvl w:val="0"/>
          <w:numId w:val="22"/>
        </w:numPr>
      </w:pPr>
      <w:r>
        <w:t>Statut</w:t>
      </w:r>
    </w:p>
    <w:p w14:paraId="1184760A" w14:textId="5A51516A" w:rsidR="00BF4C5E" w:rsidRDefault="00BF4C5E" w:rsidP="00BF4C5E">
      <w:pPr>
        <w:pStyle w:val="NormalWeb"/>
        <w:numPr>
          <w:ilvl w:val="0"/>
          <w:numId w:val="22"/>
        </w:numPr>
      </w:pPr>
      <w:r>
        <w:t>Encadrant si étudiant</w:t>
      </w:r>
    </w:p>
    <w:p w14:paraId="7CAD47C4" w14:textId="53E76762" w:rsidR="00763FE5" w:rsidRDefault="00763FE5" w:rsidP="00BF4C5E">
      <w:pPr>
        <w:pStyle w:val="NormalWeb"/>
        <w:numPr>
          <w:ilvl w:val="0"/>
          <w:numId w:val="22"/>
        </w:numPr>
      </w:pPr>
      <w:r>
        <w:t>Lieu d’exercice</w:t>
      </w:r>
    </w:p>
    <w:p w14:paraId="6F760F0A" w14:textId="6BFB559B" w:rsidR="00763FE5" w:rsidRDefault="00763FE5" w:rsidP="00BF4C5E">
      <w:pPr>
        <w:pStyle w:val="NormalWeb"/>
        <w:numPr>
          <w:ilvl w:val="0"/>
          <w:numId w:val="22"/>
        </w:numPr>
      </w:pPr>
      <w:r>
        <w:t>Mail</w:t>
      </w:r>
    </w:p>
    <w:p w14:paraId="24101C7D" w14:textId="1BD52FCC" w:rsidR="00763FE5" w:rsidRDefault="00763FE5" w:rsidP="00BF4C5E">
      <w:pPr>
        <w:pStyle w:val="NormalWeb"/>
        <w:numPr>
          <w:ilvl w:val="0"/>
          <w:numId w:val="22"/>
        </w:numPr>
      </w:pPr>
      <w:r>
        <w:t>Tel</w:t>
      </w:r>
    </w:p>
    <w:p w14:paraId="2F73126A" w14:textId="77777777" w:rsidR="00BF4C5E" w:rsidRDefault="00BF4C5E" w:rsidP="00BF4C5E">
      <w:pPr>
        <w:pStyle w:val="Titre2"/>
      </w:pPr>
      <w:r>
        <w:t xml:space="preserve">SECTION 2 – Description du </w:t>
      </w:r>
      <w:proofErr w:type="spellStart"/>
      <w:r>
        <w:t>projet</w:t>
      </w:r>
      <w:proofErr w:type="spellEnd"/>
    </w:p>
    <w:p w14:paraId="6C962F91" w14:textId="5DA5452E" w:rsidR="00BF4C5E" w:rsidRDefault="00BF4C5E" w:rsidP="00BF4C5E">
      <w:pPr>
        <w:pStyle w:val="NormalWeb"/>
        <w:numPr>
          <w:ilvl w:val="0"/>
          <w:numId w:val="23"/>
        </w:numPr>
      </w:pPr>
      <w:r>
        <w:t>Titre</w:t>
      </w:r>
    </w:p>
    <w:p w14:paraId="285BEDD3" w14:textId="21E33AEB" w:rsidR="00763FE5" w:rsidRDefault="00763FE5" w:rsidP="00BF4C5E">
      <w:pPr>
        <w:pStyle w:val="NormalWeb"/>
        <w:numPr>
          <w:ilvl w:val="0"/>
          <w:numId w:val="23"/>
        </w:numPr>
      </w:pPr>
      <w:r>
        <w:t>Responsable de traitement</w:t>
      </w:r>
    </w:p>
    <w:p w14:paraId="58ABBD51" w14:textId="77777777" w:rsidR="00BF4C5E" w:rsidRPr="00AC36EC" w:rsidRDefault="00BF4C5E" w:rsidP="00BF4C5E">
      <w:pPr>
        <w:pStyle w:val="NormalWeb"/>
        <w:numPr>
          <w:ilvl w:val="0"/>
          <w:numId w:val="23"/>
        </w:numPr>
        <w:rPr>
          <w:color w:val="00B050"/>
        </w:rPr>
      </w:pPr>
      <w:r w:rsidRPr="00AC36EC">
        <w:rPr>
          <w:color w:val="00B050"/>
        </w:rPr>
        <w:t>Objectif principal</w:t>
      </w:r>
    </w:p>
    <w:p w14:paraId="4F8ABF24" w14:textId="77777777" w:rsidR="00BF4C5E" w:rsidRPr="00AC36EC" w:rsidRDefault="00BF4C5E" w:rsidP="00BF4C5E">
      <w:pPr>
        <w:pStyle w:val="NormalWeb"/>
        <w:numPr>
          <w:ilvl w:val="0"/>
          <w:numId w:val="23"/>
        </w:numPr>
        <w:rPr>
          <w:color w:val="00B050"/>
        </w:rPr>
      </w:pPr>
      <w:r w:rsidRPr="00AC36EC">
        <w:rPr>
          <w:color w:val="00B050"/>
        </w:rPr>
        <w:t>Critère principal de jugement</w:t>
      </w:r>
    </w:p>
    <w:p w14:paraId="18D3A571" w14:textId="77777777" w:rsidR="00BF4C5E" w:rsidRPr="00AC36EC" w:rsidRDefault="00BF4C5E" w:rsidP="00BF4C5E">
      <w:pPr>
        <w:pStyle w:val="NormalWeb"/>
        <w:numPr>
          <w:ilvl w:val="0"/>
          <w:numId w:val="23"/>
        </w:numPr>
        <w:rPr>
          <w:color w:val="00B050"/>
        </w:rPr>
      </w:pPr>
      <w:r w:rsidRPr="00AC36EC">
        <w:rPr>
          <w:color w:val="00B050"/>
        </w:rPr>
        <w:t>Type d’étude</w:t>
      </w:r>
    </w:p>
    <w:p w14:paraId="0A7E9FF8" w14:textId="77777777" w:rsidR="00BF4C5E" w:rsidRPr="00AC36EC" w:rsidRDefault="00BF4C5E" w:rsidP="00BF4C5E">
      <w:pPr>
        <w:pStyle w:val="NormalWeb"/>
        <w:numPr>
          <w:ilvl w:val="0"/>
          <w:numId w:val="23"/>
        </w:numPr>
        <w:rPr>
          <w:color w:val="00B050"/>
        </w:rPr>
      </w:pPr>
      <w:r w:rsidRPr="00AC36EC">
        <w:rPr>
          <w:color w:val="00B050"/>
        </w:rPr>
        <w:t>Durée</w:t>
      </w:r>
    </w:p>
    <w:p w14:paraId="2029F4AE" w14:textId="7F097550" w:rsidR="00BF4C5E" w:rsidRPr="003A6C28" w:rsidRDefault="00C16797" w:rsidP="00BF4C5E">
      <w:pPr>
        <w:pStyle w:val="NormalWeb"/>
        <w:numPr>
          <w:ilvl w:val="0"/>
          <w:numId w:val="23"/>
        </w:numPr>
        <w:rPr>
          <w:color w:val="00B050"/>
        </w:rPr>
      </w:pPr>
      <w:r>
        <w:rPr>
          <w:color w:val="00B050"/>
        </w:rPr>
        <w:t xml:space="preserve">Population ; adulte, </w:t>
      </w:r>
      <w:proofErr w:type="spellStart"/>
      <w:r>
        <w:rPr>
          <w:color w:val="00B050"/>
        </w:rPr>
        <w:t>ped</w:t>
      </w:r>
      <w:proofErr w:type="spellEnd"/>
      <w:r>
        <w:rPr>
          <w:color w:val="00B050"/>
        </w:rPr>
        <w:t>, vulnérables ?..</w:t>
      </w:r>
    </w:p>
    <w:p w14:paraId="7FB5B39B" w14:textId="60AD0565" w:rsidR="00BF4C5E" w:rsidRPr="003A6C28" w:rsidRDefault="00BF4C5E" w:rsidP="00C16797">
      <w:pPr>
        <w:pStyle w:val="NormalWeb"/>
        <w:numPr>
          <w:ilvl w:val="0"/>
          <w:numId w:val="23"/>
        </w:numPr>
        <w:rPr>
          <w:color w:val="00B050"/>
        </w:rPr>
      </w:pPr>
      <w:r w:rsidRPr="003A6C28">
        <w:rPr>
          <w:color w:val="00B050"/>
        </w:rPr>
        <w:t>Critères d’inclusion</w:t>
      </w:r>
      <w:r w:rsidR="00C16797">
        <w:rPr>
          <w:color w:val="00B050"/>
        </w:rPr>
        <w:t xml:space="preserve"> / </w:t>
      </w:r>
      <w:r w:rsidRPr="003A6C28">
        <w:rPr>
          <w:color w:val="00B050"/>
        </w:rPr>
        <w:t xml:space="preserve">Critères </w:t>
      </w:r>
      <w:r w:rsidR="00AC36EC" w:rsidRPr="003A6C28">
        <w:rPr>
          <w:color w:val="00B050"/>
        </w:rPr>
        <w:t>d</w:t>
      </w:r>
      <w:r w:rsidR="00114AFF" w:rsidRPr="003A6C28">
        <w:rPr>
          <w:color w:val="00B050"/>
        </w:rPr>
        <w:t>e non in</w:t>
      </w:r>
      <w:r w:rsidRPr="003A6C28">
        <w:rPr>
          <w:color w:val="00B050"/>
        </w:rPr>
        <w:t>clusion</w:t>
      </w:r>
    </w:p>
    <w:p w14:paraId="78B8410F" w14:textId="4841D359" w:rsidR="00BF4C5E" w:rsidRPr="00C16797" w:rsidRDefault="00BF4C5E" w:rsidP="00BF4C5E">
      <w:pPr>
        <w:pStyle w:val="NormalWeb"/>
        <w:numPr>
          <w:ilvl w:val="0"/>
          <w:numId w:val="24"/>
        </w:numPr>
      </w:pPr>
      <w:r w:rsidRPr="003A6C28">
        <w:rPr>
          <w:color w:val="00B050"/>
        </w:rPr>
        <w:t>Nombre prévu</w:t>
      </w:r>
    </w:p>
    <w:p w14:paraId="2055CA23" w14:textId="48887409" w:rsidR="00C16797" w:rsidRPr="00C16797" w:rsidRDefault="00C16797" w:rsidP="00BF4C5E">
      <w:pPr>
        <w:pStyle w:val="NormalWeb"/>
        <w:numPr>
          <w:ilvl w:val="0"/>
          <w:numId w:val="24"/>
        </w:numPr>
        <w:rPr>
          <w:color w:val="00B050"/>
        </w:rPr>
      </w:pPr>
      <w:r w:rsidRPr="00C16797">
        <w:rPr>
          <w:color w:val="00B050"/>
        </w:rPr>
        <w:t>Le projet comporte-t-il une finalité commerciale directe ou promotionnelle</w:t>
      </w:r>
    </w:p>
    <w:p w14:paraId="4C084609" w14:textId="54815302" w:rsidR="009C3C12" w:rsidRDefault="005405DF" w:rsidP="009C3C12">
      <w:pPr>
        <w:pStyle w:val="Titre2"/>
      </w:pPr>
      <w:r w:rsidRPr="00E16367">
        <w:t>3</w:t>
      </w:r>
      <w:r w:rsidR="009C3C12" w:rsidRPr="00E16367">
        <w:t xml:space="preserve">. </w:t>
      </w:r>
      <w:proofErr w:type="spellStart"/>
      <w:r w:rsidR="009C3C12" w:rsidRPr="00E16367">
        <w:t>Vérification</w:t>
      </w:r>
      <w:proofErr w:type="spellEnd"/>
      <w:r w:rsidR="009C3C12" w:rsidRPr="00E16367">
        <w:t xml:space="preserve"> </w:t>
      </w:r>
      <w:proofErr w:type="spellStart"/>
      <w:r w:rsidR="009C3C12" w:rsidRPr="00E16367">
        <w:t>d’éligibilité</w:t>
      </w:r>
      <w:proofErr w:type="spellEnd"/>
      <w:r w:rsidR="009C3C12" w:rsidRPr="00E16367">
        <w:t xml:space="preserve"> CER </w:t>
      </w:r>
      <w:proofErr w:type="spellStart"/>
      <w:r w:rsidR="009C3C12" w:rsidRPr="00E16367">
        <w:t>ORKiD</w:t>
      </w:r>
      <w:proofErr w:type="spellEnd"/>
    </w:p>
    <w:p w14:paraId="7C77E8F5" w14:textId="77777777" w:rsidR="00712A9A" w:rsidRDefault="00712A9A" w:rsidP="00712A9A">
      <w:pPr>
        <w:pStyle w:val="NormalWeb"/>
        <w:numPr>
          <w:ilvl w:val="0"/>
          <w:numId w:val="26"/>
        </w:numPr>
      </w:pPr>
      <w:r>
        <w:t>L’étude modifie-t-elle la prise en charge des patients ? Oui / Non</w:t>
      </w:r>
    </w:p>
    <w:p w14:paraId="1F3105CD" w14:textId="77777777" w:rsidR="00712A9A" w:rsidRDefault="00712A9A" w:rsidP="00712A9A">
      <w:pPr>
        <w:pStyle w:val="NormalWeb"/>
        <w:numPr>
          <w:ilvl w:val="0"/>
          <w:numId w:val="26"/>
        </w:numPr>
      </w:pPr>
      <w:r>
        <w:t>L’étude prévoit-elle un acte, prélèvement ou procédure supplémentaire par rapport au soin habituel ? Oui / Non</w:t>
      </w:r>
    </w:p>
    <w:p w14:paraId="597954BC" w14:textId="64DF2938" w:rsidR="00712A9A" w:rsidRDefault="00C16797" w:rsidP="00202ED6">
      <w:pPr>
        <w:pStyle w:val="NormalWeb"/>
        <w:numPr>
          <w:ilvl w:val="0"/>
          <w:numId w:val="31"/>
        </w:numPr>
      </w:pPr>
      <w:r w:rsidRPr="00C16797">
        <w:t>Enregistrement audio/vidéo ?</w:t>
      </w:r>
    </w:p>
    <w:p w14:paraId="71A7C39D" w14:textId="26FDEC32" w:rsidR="009C3C12" w:rsidRPr="00C16797" w:rsidRDefault="00C16797">
      <w:pPr>
        <w:rPr>
          <w:b/>
          <w:bCs/>
          <w:color w:val="FF0000"/>
        </w:rPr>
      </w:pPr>
      <w:r w:rsidRPr="00C16797">
        <w:rPr>
          <w:rFonts w:hint="eastAsia"/>
          <w:b/>
          <w:bCs/>
          <w:color w:val="FF0000"/>
        </w:rPr>
        <w:t xml:space="preserve">(Si </w:t>
      </w:r>
      <w:proofErr w:type="spellStart"/>
      <w:r w:rsidRPr="00C16797">
        <w:rPr>
          <w:rFonts w:hint="eastAsia"/>
          <w:b/>
          <w:bCs/>
          <w:color w:val="FF0000"/>
        </w:rPr>
        <w:t>oui</w:t>
      </w:r>
      <w:proofErr w:type="spellEnd"/>
      <w:r w:rsidRPr="00C16797">
        <w:rPr>
          <w:rFonts w:hint="eastAsia"/>
          <w:b/>
          <w:bCs/>
          <w:color w:val="FF0000"/>
        </w:rPr>
        <w:t xml:space="preserve"> </w:t>
      </w:r>
      <w:r w:rsidRPr="00C16797">
        <w:rPr>
          <w:rFonts w:hint="eastAsia"/>
          <w:b/>
          <w:bCs/>
          <w:color w:val="FF0000"/>
        </w:rPr>
        <w:t>→</w:t>
      </w:r>
      <w:r w:rsidRPr="00C16797">
        <w:rPr>
          <w:rFonts w:hint="eastAsia"/>
          <w:b/>
          <w:bCs/>
          <w:color w:val="FF0000"/>
        </w:rPr>
        <w:t xml:space="preserve"> </w:t>
      </w:r>
      <w:proofErr w:type="spellStart"/>
      <w:r w:rsidRPr="00C16797">
        <w:rPr>
          <w:rFonts w:hint="eastAsia"/>
          <w:b/>
          <w:bCs/>
          <w:color w:val="FF0000"/>
        </w:rPr>
        <w:t>soumission</w:t>
      </w:r>
      <w:proofErr w:type="spellEnd"/>
      <w:r w:rsidRPr="00C16797">
        <w:rPr>
          <w:rFonts w:hint="eastAsia"/>
          <w:b/>
          <w:bCs/>
          <w:color w:val="FF0000"/>
        </w:rPr>
        <w:t xml:space="preserve"> CPP </w:t>
      </w:r>
      <w:proofErr w:type="spellStart"/>
      <w:r w:rsidRPr="00C16797">
        <w:rPr>
          <w:rFonts w:hint="eastAsia"/>
          <w:b/>
          <w:bCs/>
          <w:color w:val="FF0000"/>
        </w:rPr>
        <w:t>requise</w:t>
      </w:r>
      <w:proofErr w:type="spellEnd"/>
      <w:r w:rsidRPr="00C16797">
        <w:rPr>
          <w:rFonts w:hint="eastAsia"/>
          <w:b/>
          <w:bCs/>
          <w:color w:val="FF0000"/>
        </w:rPr>
        <w:t>)</w:t>
      </w:r>
    </w:p>
    <w:p w14:paraId="14305720" w14:textId="77777777" w:rsidR="00B51CDC" w:rsidRDefault="00B51CDC"/>
    <w:p w14:paraId="4F48058D" w14:textId="5ABD0E87" w:rsidR="00DD3607" w:rsidRPr="004A5441" w:rsidRDefault="00202ED6" w:rsidP="009C3C12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 w:rsidRPr="00DD3607">
        <w:rPr>
          <w:rFonts w:asciiTheme="majorHAnsi" w:eastAsiaTheme="majorEastAsia" w:hAnsiTheme="majorHAnsi" w:cstheme="majorBidi"/>
          <w:b/>
          <w:bCs/>
          <w:noProof/>
          <w:color w:val="4F81BD" w:themeColor="accent1"/>
          <w:sz w:val="26"/>
          <w:szCs w:val="26"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0EDF5FDD" wp14:editId="7CBC8640">
                <wp:simplePos x="0" y="0"/>
                <wp:positionH relativeFrom="column">
                  <wp:posOffset>-876300</wp:posOffset>
                </wp:positionH>
                <wp:positionV relativeFrom="paragraph">
                  <wp:posOffset>436245</wp:posOffset>
                </wp:positionV>
                <wp:extent cx="7378700" cy="6026150"/>
                <wp:effectExtent l="0" t="0" r="12700" b="12700"/>
                <wp:wrapTopAndBottom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78700" cy="60261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1DB977" w14:textId="65AA8A81" w:rsidR="00DD3607" w:rsidRPr="00DD3607" w:rsidRDefault="00DD3607" w:rsidP="00DD3607">
                            <w:pPr>
                              <w:rPr>
                                <w:b/>
                                <w:bCs/>
                                <w:color w:val="0070C0"/>
                                <w:lang w:val="fr-FR"/>
                              </w:rPr>
                            </w:pPr>
                            <w:r w:rsidRPr="00DD3607">
                              <w:rPr>
                                <w:lang w:val="fr-FR"/>
                              </w:rPr>
                              <w:t>Tout projet soumis au CER-</w:t>
                            </w:r>
                            <w:proofErr w:type="spellStart"/>
                            <w:r w:rsidR="00D1794C">
                              <w:rPr>
                                <w:lang w:val="fr-FR"/>
                              </w:rPr>
                              <w:t>ORKid</w:t>
                            </w:r>
                            <w:proofErr w:type="spellEnd"/>
                            <w:r w:rsidRPr="00DD3607">
                              <w:rPr>
                                <w:lang w:val="fr-FR"/>
                              </w:rPr>
                              <w:t xml:space="preserve"> doit être conforme aux attentes de la règlementation française en termes de protection des données. Pour plus d’informations : </w:t>
                            </w:r>
                            <w:hyperlink r:id="rId8" w:history="1">
                              <w:r w:rsidRPr="00DD3607">
                                <w:rPr>
                                  <w:rStyle w:val="Lienhypertexte"/>
                                  <w:b/>
                                  <w:bCs/>
                                  <w:lang w:val="fr-FR"/>
                                </w:rPr>
                                <w:t>https://www.cnil.fr/fr/recherche-medicale-comment-proceder-pour-une-these-ou-un-memoire</w:t>
                              </w:r>
                            </w:hyperlink>
                          </w:p>
                          <w:p w14:paraId="1560D709" w14:textId="77777777" w:rsidR="00DD3607" w:rsidRPr="00DD3607" w:rsidRDefault="00DD3607" w:rsidP="00DD3607">
                            <w:pPr>
                              <w:rPr>
                                <w:lang w:val="fr-FR"/>
                              </w:rPr>
                            </w:pPr>
                            <w:r w:rsidRPr="00DD3607">
                              <w:rPr>
                                <w:b/>
                                <w:bCs/>
                                <w:lang w:val="fr-FR"/>
                              </w:rPr>
                              <w:t>La vérification de la conformité de votre étude au RGPD et aux méthodologies de référence est effectuée à la fois par vous-même (vérification du type de données) ainsi que par le Délégué à la Protection de votre établissement de rattachement ou Université</w:t>
                            </w:r>
                            <w:r w:rsidRPr="00DD3607">
                              <w:rPr>
                                <w:lang w:val="fr-FR"/>
                              </w:rPr>
                              <w:t>. Il est nécessaire que vous vous rapprochiez de celui-ci afin qu’il puisse valider la conformité de votre étude au RGPD.</w:t>
                            </w:r>
                          </w:p>
                          <w:p w14:paraId="3F262EB7" w14:textId="77777777" w:rsidR="00DD3607" w:rsidRPr="00DD3607" w:rsidRDefault="00DD3607" w:rsidP="00DD3607">
                            <w:pPr>
                              <w:rPr>
                                <w:color w:val="FF0000"/>
                                <w:u w:val="single"/>
                                <w:lang w:val="fr-FR"/>
                              </w:rPr>
                            </w:pPr>
                            <w:r w:rsidRPr="00DD3607">
                              <w:rPr>
                                <w:color w:val="FF0000"/>
                                <w:u w:val="single"/>
                                <w:lang w:val="fr-FR"/>
                              </w:rPr>
                              <w:t>Pour rappel :</w:t>
                            </w:r>
                          </w:p>
                          <w:p w14:paraId="36DAF008" w14:textId="77777777" w:rsidR="00DD3607" w:rsidRPr="00DD3607" w:rsidRDefault="00DD3607" w:rsidP="00DD3607">
                            <w:pPr>
                              <w:rPr>
                                <w:lang w:val="fr-FR"/>
                              </w:rPr>
                            </w:pPr>
                            <w:r w:rsidRPr="00DD3607">
                              <w:rPr>
                                <w:lang w:val="fr-FR"/>
                              </w:rPr>
                              <w:t>- Vous ne pouvez pas, en tant que doctorant, étudiant ou praticien, réaliser une formalité auprès de la CNIL en votre nom propre (engagement de conformité à une MR ou demande d’autorisation « recherche »). C’est à votre université ou à l’établissement de soin auquel vous êtes rattaché qui devra effectuer cette démarche, en sa qualité de responsable de traitement.</w:t>
                            </w:r>
                          </w:p>
                          <w:p w14:paraId="08373CAD" w14:textId="77777777" w:rsidR="00DD3607" w:rsidRPr="00DD3607" w:rsidRDefault="00DD3607" w:rsidP="00DD3607">
                            <w:pPr>
                              <w:rPr>
                                <w:lang w:val="fr-FR"/>
                              </w:rPr>
                            </w:pPr>
                            <w:r w:rsidRPr="00DD3607">
                              <w:rPr>
                                <w:lang w:val="fr-FR"/>
                              </w:rPr>
                              <w:t>- L’engagement de conformité à une MR n’est pas à réaliser pour chaque recherche : il vaut pour l’ensemble des traitements d’un même responsable de traitement entrant dans le champ de la MR. Votre établissement ou Université s’est probablement engagé à respecter une MR, votre étude sera rattachée à la déclaration de l’établissement.</w:t>
                            </w:r>
                          </w:p>
                          <w:p w14:paraId="4A1F5D30" w14:textId="68E482FF" w:rsidR="00DD3607" w:rsidRDefault="00DD3607" w:rsidP="00DD3607">
                            <w:pPr>
                              <w:rPr>
                                <w:lang w:val="fr-FR"/>
                              </w:rPr>
                            </w:pPr>
                            <w:r w:rsidRPr="00DD3607">
                              <w:rPr>
                                <w:lang w:val="fr-FR"/>
                              </w:rPr>
                              <w:t>- Si la recherche est conforme à la MR-004, les informations relatives à la recherche menée dans le cadre de ces MR doivent faire l’objet d’un enregistrement dans un répertoire public sur le site de l’INDS.</w:t>
                            </w:r>
                          </w:p>
                          <w:p w14:paraId="21826AB2" w14:textId="23440462" w:rsidR="00DD3607" w:rsidRDefault="00DD3607" w:rsidP="00DD3607">
                            <w:pPr>
                              <w:rPr>
                                <w:lang w:val="fr-FR"/>
                              </w:rPr>
                            </w:pPr>
                          </w:p>
                          <w:p w14:paraId="0368F5A7" w14:textId="77777777" w:rsidR="00DD3607" w:rsidRPr="00DD3607" w:rsidRDefault="00DD3607" w:rsidP="00DD3607">
                            <w:pPr>
                              <w:rPr>
                                <w:lang w:val="fr-FR"/>
                              </w:rPr>
                            </w:pPr>
                          </w:p>
                          <w:p w14:paraId="00EC80D3" w14:textId="104C3CE4" w:rsidR="00DD3607" w:rsidRDefault="00DD360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DF5FD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69pt;margin-top:34.35pt;width:581pt;height:474.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" fillcolor="white [3201]" strokecolor="#4f81bd [3204]" strokeweight="2pt">
                <v:textbox>
                  <w:txbxContent>
                    <w:p w14:paraId="3E1DB977" w14:textId="65AA8A81" w:rsidR="00DD3607" w:rsidRPr="00DD3607" w:rsidRDefault="00DD3607" w:rsidP="00DD3607">
                      <w:pPr>
                        <w:rPr>
                          <w:b/>
                          <w:bCs/>
                          <w:color w:val="0070C0"/>
                          <w:lang w:val="fr-FR"/>
                        </w:rPr>
                      </w:pPr>
                      <w:r w:rsidRPr="00DD3607">
                        <w:rPr>
                          <w:lang w:val="fr-FR"/>
                        </w:rPr>
                        <w:t>Tout projet soumis au CER-</w:t>
                      </w:r>
                      <w:proofErr w:type="spellStart"/>
                      <w:r w:rsidR="00D1794C">
                        <w:rPr>
                          <w:lang w:val="fr-FR"/>
                        </w:rPr>
                        <w:t>ORKid</w:t>
                      </w:r>
                      <w:proofErr w:type="spellEnd"/>
                      <w:r w:rsidRPr="00DD3607">
                        <w:rPr>
                          <w:lang w:val="fr-FR"/>
                        </w:rPr>
                        <w:t xml:space="preserve"> doit être conforme aux attentes de la règlementation française en termes de protection des données. Pour plus d’informations : </w:t>
                      </w:r>
                      <w:hyperlink r:id="rId9" w:history="1">
                        <w:r w:rsidRPr="00DD3607">
                          <w:rPr>
                            <w:rStyle w:val="Lienhypertexte"/>
                            <w:b/>
                            <w:bCs/>
                            <w:lang w:val="fr-FR"/>
                          </w:rPr>
                          <w:t>https://www.cnil.fr/fr/recherche-medicale-comment-proceder-pour-une-these-ou-un-memoire</w:t>
                        </w:r>
                      </w:hyperlink>
                    </w:p>
                    <w:p w14:paraId="1560D709" w14:textId="77777777" w:rsidR="00DD3607" w:rsidRPr="00DD3607" w:rsidRDefault="00DD3607" w:rsidP="00DD3607">
                      <w:pPr>
                        <w:rPr>
                          <w:lang w:val="fr-FR"/>
                        </w:rPr>
                      </w:pPr>
                      <w:r w:rsidRPr="00DD3607">
                        <w:rPr>
                          <w:b/>
                          <w:bCs/>
                          <w:lang w:val="fr-FR"/>
                        </w:rPr>
                        <w:t>La vérification de la conformité de votre étude au RGPD et aux méthodologies de référence est effectuée à la fois par vous-même (vérification du type de données) ainsi que par le Délégué à la Protection de votre établissement de rattachement ou Université</w:t>
                      </w:r>
                      <w:r w:rsidRPr="00DD3607">
                        <w:rPr>
                          <w:lang w:val="fr-FR"/>
                        </w:rPr>
                        <w:t>. Il est nécessaire que vous vous rapprochiez de celui-ci afin qu’il puisse valider la conformité de votre étude au RGPD.</w:t>
                      </w:r>
                    </w:p>
                    <w:p w14:paraId="3F262EB7" w14:textId="77777777" w:rsidR="00DD3607" w:rsidRPr="00DD3607" w:rsidRDefault="00DD3607" w:rsidP="00DD3607">
                      <w:pPr>
                        <w:rPr>
                          <w:color w:val="FF0000"/>
                          <w:u w:val="single"/>
                          <w:lang w:val="fr-FR"/>
                        </w:rPr>
                      </w:pPr>
                      <w:r w:rsidRPr="00DD3607">
                        <w:rPr>
                          <w:color w:val="FF0000"/>
                          <w:u w:val="single"/>
                          <w:lang w:val="fr-FR"/>
                        </w:rPr>
                        <w:t>Pour rappel :</w:t>
                      </w:r>
                    </w:p>
                    <w:p w14:paraId="36DAF008" w14:textId="77777777" w:rsidR="00DD3607" w:rsidRPr="00DD3607" w:rsidRDefault="00DD3607" w:rsidP="00DD3607">
                      <w:pPr>
                        <w:rPr>
                          <w:lang w:val="fr-FR"/>
                        </w:rPr>
                      </w:pPr>
                      <w:r w:rsidRPr="00DD3607">
                        <w:rPr>
                          <w:lang w:val="fr-FR"/>
                        </w:rPr>
                        <w:t>- Vous ne pouvez pas, en tant que doctorant, étudiant ou praticien, réaliser une formalité auprès de la CNIL en votre nom propre (engagement de conformité à une MR ou demande d’autorisation « recherche »). C’est à votre université ou à l’établissement de soin auquel vous êtes rattaché qui devra effectuer cette démarche, en sa qualité de responsable de traitement.</w:t>
                      </w:r>
                    </w:p>
                    <w:p w14:paraId="08373CAD" w14:textId="77777777" w:rsidR="00DD3607" w:rsidRPr="00DD3607" w:rsidRDefault="00DD3607" w:rsidP="00DD3607">
                      <w:pPr>
                        <w:rPr>
                          <w:lang w:val="fr-FR"/>
                        </w:rPr>
                      </w:pPr>
                      <w:r w:rsidRPr="00DD3607">
                        <w:rPr>
                          <w:lang w:val="fr-FR"/>
                        </w:rPr>
                        <w:t>- L’engagement de conformité à une MR n’est pas à réaliser pour chaque recherche : il vaut pour l’ensemble des traitements d’un même responsable de traitement entrant dans le champ de la MR. Votre établissement ou Université s’est probablement engagé à respecter une MR, votre étude sera rattachée à la déclaration de l’établissement.</w:t>
                      </w:r>
                    </w:p>
                    <w:p w14:paraId="4A1F5D30" w14:textId="68E482FF" w:rsidR="00DD3607" w:rsidRDefault="00DD3607" w:rsidP="00DD3607">
                      <w:pPr>
                        <w:rPr>
                          <w:lang w:val="fr-FR"/>
                        </w:rPr>
                      </w:pPr>
                      <w:r w:rsidRPr="00DD3607">
                        <w:rPr>
                          <w:lang w:val="fr-FR"/>
                        </w:rPr>
                        <w:t>- Si la recherche est conforme à la MR-004, les informations relatives à la recherche menée dans le cadre de ces MR doivent faire l’objet d’un enregistrement dans un répertoire public sur le site de l’INDS.</w:t>
                      </w:r>
                    </w:p>
                    <w:p w14:paraId="21826AB2" w14:textId="23440462" w:rsidR="00DD3607" w:rsidRDefault="00DD3607" w:rsidP="00DD3607">
                      <w:pPr>
                        <w:rPr>
                          <w:lang w:val="fr-FR"/>
                        </w:rPr>
                      </w:pPr>
                    </w:p>
                    <w:p w14:paraId="0368F5A7" w14:textId="77777777" w:rsidR="00DD3607" w:rsidRPr="00DD3607" w:rsidRDefault="00DD3607" w:rsidP="00DD3607">
                      <w:pPr>
                        <w:rPr>
                          <w:lang w:val="fr-FR"/>
                        </w:rPr>
                      </w:pPr>
                    </w:p>
                    <w:p w14:paraId="00EC80D3" w14:textId="104C3CE4" w:rsidR="00DD3607" w:rsidRDefault="00DD3607"/>
                  </w:txbxContent>
                </v:textbox>
                <w10:wrap type="topAndBottom"/>
              </v:shape>
            </w:pict>
          </mc:Fallback>
        </mc:AlternateContent>
      </w:r>
      <w:r w:rsidR="004A5441"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72293C1B" wp14:editId="075781F3">
                <wp:simplePos x="0" y="0"/>
                <wp:positionH relativeFrom="column">
                  <wp:posOffset>100330</wp:posOffset>
                </wp:positionH>
                <wp:positionV relativeFrom="paragraph">
                  <wp:posOffset>4477385</wp:posOffset>
                </wp:positionV>
                <wp:extent cx="5795010" cy="1786255"/>
                <wp:effectExtent l="0" t="0" r="15240" b="23495"/>
                <wp:wrapSquare wrapText="bothSides"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5010" cy="1786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8909A" w14:textId="16044A4E" w:rsidR="00551825" w:rsidRPr="00551825" w:rsidRDefault="00551825" w:rsidP="00551825">
                            <w:pPr>
                              <w:rPr>
                                <w:b/>
                                <w:bCs/>
                                <w:color w:val="0070C0"/>
                                <w:u w:val="single"/>
                              </w:rPr>
                            </w:pPr>
                            <w:r w:rsidRPr="00551825">
                              <w:rPr>
                                <w:b/>
                                <w:bCs/>
                                <w:color w:val="0070C0"/>
                                <w:u w:val="single"/>
                              </w:rPr>
                              <w:t>Démarches CNIL</w:t>
                            </w:r>
                          </w:p>
                          <w:p w14:paraId="31BBD023" w14:textId="3BC3DFC6" w:rsidR="00DD3607" w:rsidRDefault="00DD3607" w:rsidP="00551825">
                            <w:pPr>
                              <w:pStyle w:val="Paragraphedeliste"/>
                              <w:numPr>
                                <w:ilvl w:val="0"/>
                                <w:numId w:val="21"/>
                              </w:numPr>
                            </w:pPr>
                            <w:proofErr w:type="spellStart"/>
                            <w:r w:rsidRPr="00DD3607">
                              <w:t>Déclaration</w:t>
                            </w:r>
                            <w:proofErr w:type="spellEnd"/>
                            <w:r w:rsidRPr="00DD3607">
                              <w:t xml:space="preserve"> de recherche </w:t>
                            </w:r>
                            <w:proofErr w:type="spellStart"/>
                            <w:r w:rsidRPr="00DD3607">
                              <w:t>auprès</w:t>
                            </w:r>
                            <w:proofErr w:type="spellEnd"/>
                            <w:r w:rsidRPr="00DD3607">
                              <w:t xml:space="preserve"> de la CNIL </w:t>
                            </w:r>
                            <w:r w:rsidR="00551825">
                              <w:t xml:space="preserve">: </w:t>
                            </w:r>
                            <w:r w:rsidR="00551825" w:rsidRPr="00A83C02">
                              <w:rPr>
                                <w:color w:val="0070C0"/>
                                <w:lang w:val="fr-FR"/>
                              </w:rPr>
                              <w:t>Oui Non</w:t>
                            </w:r>
                            <w:r w:rsidR="00551825" w:rsidRPr="00DD3607">
                              <w:t xml:space="preserve"> </w:t>
                            </w:r>
                            <w:r w:rsidRPr="00DD3607">
                              <w:t xml:space="preserve">Si </w:t>
                            </w:r>
                            <w:proofErr w:type="spellStart"/>
                            <w:r w:rsidRPr="00DD3607">
                              <w:t>oui</w:t>
                            </w:r>
                            <w:proofErr w:type="spellEnd"/>
                            <w:r w:rsidRPr="00DD3607">
                              <w:t xml:space="preserve">, merci de </w:t>
                            </w:r>
                            <w:proofErr w:type="spellStart"/>
                            <w:r w:rsidRPr="00DD3607">
                              <w:t>joindre</w:t>
                            </w:r>
                            <w:proofErr w:type="spellEnd"/>
                            <w:r w:rsidRPr="00DD3607">
                              <w:t xml:space="preserve"> au dossier le </w:t>
                            </w:r>
                            <w:proofErr w:type="spellStart"/>
                            <w:r w:rsidRPr="00DD3607">
                              <w:t>récépissé</w:t>
                            </w:r>
                            <w:proofErr w:type="spellEnd"/>
                            <w:r w:rsidRPr="00DD3607">
                              <w:t xml:space="preserve"> </w:t>
                            </w:r>
                          </w:p>
                          <w:p w14:paraId="627FEECA" w14:textId="0C445FA3" w:rsidR="00DD3607" w:rsidRDefault="00DD3607" w:rsidP="00551825">
                            <w:pPr>
                              <w:pStyle w:val="Paragraphedeliste"/>
                              <w:numPr>
                                <w:ilvl w:val="0"/>
                                <w:numId w:val="21"/>
                              </w:numPr>
                            </w:pPr>
                            <w:proofErr w:type="spellStart"/>
                            <w:r w:rsidRPr="00DD3607">
                              <w:t>Enregistrement</w:t>
                            </w:r>
                            <w:proofErr w:type="spellEnd"/>
                            <w:r w:rsidRPr="00DD3607">
                              <w:t xml:space="preserve"> au </w:t>
                            </w:r>
                            <w:proofErr w:type="spellStart"/>
                            <w:r w:rsidRPr="00DD3607">
                              <w:t>registre</w:t>
                            </w:r>
                            <w:proofErr w:type="spellEnd"/>
                            <w:r w:rsidRPr="00DD3607">
                              <w:t xml:space="preserve"> interne de </w:t>
                            </w:r>
                            <w:proofErr w:type="spellStart"/>
                            <w:r w:rsidRPr="00DD3607">
                              <w:t>traitement</w:t>
                            </w:r>
                            <w:proofErr w:type="spellEnd"/>
                            <w:r w:rsidRPr="00DD3607">
                              <w:t xml:space="preserve"> </w:t>
                            </w:r>
                            <w:r w:rsidR="00551825">
                              <w:t xml:space="preserve">: </w:t>
                            </w:r>
                            <w:r w:rsidR="00551825" w:rsidRPr="00A83C02">
                              <w:rPr>
                                <w:color w:val="0070C0"/>
                                <w:lang w:val="fr-FR"/>
                              </w:rPr>
                              <w:t>Oui Non</w:t>
                            </w:r>
                            <w:r w:rsidR="00551825" w:rsidRPr="00DD3607">
                              <w:t xml:space="preserve"> </w:t>
                            </w:r>
                            <w:r w:rsidRPr="00DD3607">
                              <w:t xml:space="preserve">Si </w:t>
                            </w:r>
                            <w:proofErr w:type="spellStart"/>
                            <w:r w:rsidRPr="00DD3607">
                              <w:t>oui</w:t>
                            </w:r>
                            <w:proofErr w:type="spellEnd"/>
                            <w:r w:rsidRPr="00DD3607">
                              <w:t xml:space="preserve">, merci de </w:t>
                            </w:r>
                            <w:proofErr w:type="spellStart"/>
                            <w:r w:rsidRPr="00DD3607">
                              <w:t>joindre</w:t>
                            </w:r>
                            <w:proofErr w:type="spellEnd"/>
                            <w:r w:rsidRPr="00DD3607">
                              <w:t xml:space="preserve"> au dossier </w:t>
                            </w:r>
                            <w:proofErr w:type="spellStart"/>
                            <w:r w:rsidRPr="00DD3607">
                              <w:t>l’attestation</w:t>
                            </w:r>
                            <w:proofErr w:type="spellEnd"/>
                            <w:r w:rsidRPr="00DD3607">
                              <w:t xml:space="preserve"> </w:t>
                            </w:r>
                            <w:proofErr w:type="spellStart"/>
                            <w:r w:rsidRPr="00DD3607">
                              <w:t>d’enregistrement</w:t>
                            </w:r>
                            <w:proofErr w:type="spellEnd"/>
                            <w:r w:rsidRPr="00DD3607">
                              <w:t xml:space="preserve"> </w:t>
                            </w:r>
                          </w:p>
                          <w:p w14:paraId="25DBE255" w14:textId="3392E770" w:rsidR="00DD3607" w:rsidRDefault="00DD3607" w:rsidP="00551825">
                            <w:pPr>
                              <w:pStyle w:val="Paragraphedeliste"/>
                              <w:numPr>
                                <w:ilvl w:val="0"/>
                                <w:numId w:val="21"/>
                              </w:numPr>
                            </w:pPr>
                            <w:r w:rsidRPr="00DD3607">
                              <w:t xml:space="preserve">Engagement de </w:t>
                            </w:r>
                            <w:proofErr w:type="spellStart"/>
                            <w:r w:rsidRPr="00DD3607">
                              <w:t>conformité</w:t>
                            </w:r>
                            <w:proofErr w:type="spellEnd"/>
                            <w:r w:rsidRPr="00DD3607">
                              <w:t xml:space="preserve"> via la MR004</w:t>
                            </w:r>
                            <w:r w:rsidR="00551825">
                              <w:t xml:space="preserve">: </w:t>
                            </w:r>
                            <w:r w:rsidR="00551825" w:rsidRPr="00A83C02">
                              <w:rPr>
                                <w:color w:val="0070C0"/>
                                <w:lang w:val="fr-FR"/>
                              </w:rPr>
                              <w:t>Oui Non</w:t>
                            </w:r>
                            <w:r w:rsidRPr="00DD3607">
                              <w:t xml:space="preserve"> Si </w:t>
                            </w:r>
                            <w:proofErr w:type="spellStart"/>
                            <w:r w:rsidRPr="00DD3607">
                              <w:t>oui</w:t>
                            </w:r>
                            <w:proofErr w:type="spellEnd"/>
                            <w:r w:rsidRPr="00DD3607">
                              <w:t xml:space="preserve">, merci de </w:t>
                            </w:r>
                            <w:proofErr w:type="spellStart"/>
                            <w:r w:rsidRPr="00DD3607">
                              <w:t>joindre</w:t>
                            </w:r>
                            <w:proofErr w:type="spellEnd"/>
                            <w:r w:rsidRPr="00DD3607">
                              <w:t xml:space="preserve"> au dossier </w:t>
                            </w:r>
                            <w:proofErr w:type="spellStart"/>
                            <w:r w:rsidRPr="00DD3607">
                              <w:t>l’attestation</w:t>
                            </w:r>
                            <w:proofErr w:type="spellEnd"/>
                            <w:r w:rsidRPr="00DD3607">
                              <w:t xml:space="preserve"> </w:t>
                            </w:r>
                            <w:proofErr w:type="spellStart"/>
                            <w:r w:rsidRPr="00DD3607">
                              <w:t>d’enregistrement</w:t>
                            </w:r>
                            <w:proofErr w:type="spellEnd"/>
                            <w:r w:rsidRPr="00DD3607">
                              <w:t xml:space="preserve"> </w:t>
                            </w:r>
                          </w:p>
                          <w:p w14:paraId="5A819ACD" w14:textId="2C99945D" w:rsidR="00DD3607" w:rsidRDefault="00DD3607" w:rsidP="00551825">
                            <w:pPr>
                              <w:pStyle w:val="Paragraphedeliste"/>
                              <w:numPr>
                                <w:ilvl w:val="0"/>
                                <w:numId w:val="21"/>
                              </w:numPr>
                            </w:pPr>
                            <w:proofErr w:type="spellStart"/>
                            <w:r w:rsidRPr="00DD3607">
                              <w:t>Soumission</w:t>
                            </w:r>
                            <w:proofErr w:type="spellEnd"/>
                            <w:r w:rsidRPr="00DD3607">
                              <w:t xml:space="preserve"> au CEREES et à CNIL</w:t>
                            </w:r>
                            <w:r w:rsidR="00551825">
                              <w:t xml:space="preserve"> : </w:t>
                            </w:r>
                            <w:r w:rsidR="00551825" w:rsidRPr="00A83C02">
                              <w:rPr>
                                <w:color w:val="0070C0"/>
                                <w:lang w:val="fr-FR"/>
                              </w:rPr>
                              <w:t>Oui Non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93C1B" id="_x0000_s1027" type="#_x0000_t202" style="position:absolute;margin-left:7.9pt;margin-top:352.55pt;width:456.3pt;height:140.6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">
                <v:textbox>
                  <w:txbxContent>
                    <w:p w14:paraId="0C48909A" w14:textId="16044A4E" w:rsidR="00551825" w:rsidRPr="00551825" w:rsidRDefault="00551825" w:rsidP="00551825">
                      <w:pPr>
                        <w:rPr>
                          <w:b/>
                          <w:bCs/>
                          <w:color w:val="0070C0"/>
                          <w:u w:val="single"/>
                        </w:rPr>
                      </w:pPr>
                      <w:r w:rsidRPr="00551825">
                        <w:rPr>
                          <w:b/>
                          <w:bCs/>
                          <w:color w:val="0070C0"/>
                          <w:u w:val="single"/>
                        </w:rPr>
                        <w:t>Démarches CNIL</w:t>
                      </w:r>
                    </w:p>
                    <w:p w14:paraId="31BBD023" w14:textId="3BC3DFC6" w:rsidR="00DD3607" w:rsidRDefault="00DD3607" w:rsidP="00551825">
                      <w:pPr>
                        <w:pStyle w:val="Paragraphedeliste"/>
                        <w:numPr>
                          <w:ilvl w:val="0"/>
                          <w:numId w:val="21"/>
                        </w:numPr>
                      </w:pPr>
                      <w:proofErr w:type="spellStart"/>
                      <w:r w:rsidRPr="00DD3607">
                        <w:t>Déclaration</w:t>
                      </w:r>
                      <w:proofErr w:type="spellEnd"/>
                      <w:r w:rsidRPr="00DD3607">
                        <w:t xml:space="preserve"> de recherche </w:t>
                      </w:r>
                      <w:proofErr w:type="spellStart"/>
                      <w:r w:rsidRPr="00DD3607">
                        <w:t>auprès</w:t>
                      </w:r>
                      <w:proofErr w:type="spellEnd"/>
                      <w:r w:rsidRPr="00DD3607">
                        <w:t xml:space="preserve"> de la CNIL </w:t>
                      </w:r>
                      <w:r w:rsidR="00551825">
                        <w:t xml:space="preserve">: </w:t>
                      </w:r>
                      <w:r w:rsidR="00551825" w:rsidRPr="00A83C02">
                        <w:rPr>
                          <w:color w:val="0070C0"/>
                          <w:lang w:val="fr-FR"/>
                        </w:rPr>
                        <w:t>Oui Non</w:t>
                      </w:r>
                      <w:r w:rsidR="00551825" w:rsidRPr="00DD3607">
                        <w:t xml:space="preserve"> </w:t>
                      </w:r>
                      <w:r w:rsidRPr="00DD3607">
                        <w:t xml:space="preserve">Si </w:t>
                      </w:r>
                      <w:proofErr w:type="spellStart"/>
                      <w:r w:rsidRPr="00DD3607">
                        <w:t>oui</w:t>
                      </w:r>
                      <w:proofErr w:type="spellEnd"/>
                      <w:r w:rsidRPr="00DD3607">
                        <w:t xml:space="preserve">, merci de </w:t>
                      </w:r>
                      <w:proofErr w:type="spellStart"/>
                      <w:r w:rsidRPr="00DD3607">
                        <w:t>joindre</w:t>
                      </w:r>
                      <w:proofErr w:type="spellEnd"/>
                      <w:r w:rsidRPr="00DD3607">
                        <w:t xml:space="preserve"> au dossier le </w:t>
                      </w:r>
                      <w:proofErr w:type="spellStart"/>
                      <w:r w:rsidRPr="00DD3607">
                        <w:t>récépissé</w:t>
                      </w:r>
                      <w:proofErr w:type="spellEnd"/>
                      <w:r w:rsidRPr="00DD3607">
                        <w:t xml:space="preserve"> </w:t>
                      </w:r>
                    </w:p>
                    <w:p w14:paraId="627FEECA" w14:textId="0C445FA3" w:rsidR="00DD3607" w:rsidRDefault="00DD3607" w:rsidP="00551825">
                      <w:pPr>
                        <w:pStyle w:val="Paragraphedeliste"/>
                        <w:numPr>
                          <w:ilvl w:val="0"/>
                          <w:numId w:val="21"/>
                        </w:numPr>
                      </w:pPr>
                      <w:proofErr w:type="spellStart"/>
                      <w:r w:rsidRPr="00DD3607">
                        <w:t>Enregistrement</w:t>
                      </w:r>
                      <w:proofErr w:type="spellEnd"/>
                      <w:r w:rsidRPr="00DD3607">
                        <w:t xml:space="preserve"> au </w:t>
                      </w:r>
                      <w:proofErr w:type="spellStart"/>
                      <w:r w:rsidRPr="00DD3607">
                        <w:t>registre</w:t>
                      </w:r>
                      <w:proofErr w:type="spellEnd"/>
                      <w:r w:rsidRPr="00DD3607">
                        <w:t xml:space="preserve"> interne de </w:t>
                      </w:r>
                      <w:proofErr w:type="spellStart"/>
                      <w:r w:rsidRPr="00DD3607">
                        <w:t>traitement</w:t>
                      </w:r>
                      <w:proofErr w:type="spellEnd"/>
                      <w:r w:rsidRPr="00DD3607">
                        <w:t xml:space="preserve"> </w:t>
                      </w:r>
                      <w:r w:rsidR="00551825">
                        <w:t xml:space="preserve">: </w:t>
                      </w:r>
                      <w:r w:rsidR="00551825" w:rsidRPr="00A83C02">
                        <w:rPr>
                          <w:color w:val="0070C0"/>
                          <w:lang w:val="fr-FR"/>
                        </w:rPr>
                        <w:t>Oui Non</w:t>
                      </w:r>
                      <w:r w:rsidR="00551825" w:rsidRPr="00DD3607">
                        <w:t xml:space="preserve"> </w:t>
                      </w:r>
                      <w:r w:rsidRPr="00DD3607">
                        <w:t xml:space="preserve">Si </w:t>
                      </w:r>
                      <w:proofErr w:type="spellStart"/>
                      <w:r w:rsidRPr="00DD3607">
                        <w:t>oui</w:t>
                      </w:r>
                      <w:proofErr w:type="spellEnd"/>
                      <w:r w:rsidRPr="00DD3607">
                        <w:t xml:space="preserve">, merci de </w:t>
                      </w:r>
                      <w:proofErr w:type="spellStart"/>
                      <w:r w:rsidRPr="00DD3607">
                        <w:t>joindre</w:t>
                      </w:r>
                      <w:proofErr w:type="spellEnd"/>
                      <w:r w:rsidRPr="00DD3607">
                        <w:t xml:space="preserve"> au dossier </w:t>
                      </w:r>
                      <w:proofErr w:type="spellStart"/>
                      <w:r w:rsidRPr="00DD3607">
                        <w:t>l’attestation</w:t>
                      </w:r>
                      <w:proofErr w:type="spellEnd"/>
                      <w:r w:rsidRPr="00DD3607">
                        <w:t xml:space="preserve"> </w:t>
                      </w:r>
                      <w:proofErr w:type="spellStart"/>
                      <w:r w:rsidRPr="00DD3607">
                        <w:t>d’enregistrement</w:t>
                      </w:r>
                      <w:proofErr w:type="spellEnd"/>
                      <w:r w:rsidRPr="00DD3607">
                        <w:t xml:space="preserve"> </w:t>
                      </w:r>
                    </w:p>
                    <w:p w14:paraId="25DBE255" w14:textId="3392E770" w:rsidR="00DD3607" w:rsidRDefault="00DD3607" w:rsidP="00551825">
                      <w:pPr>
                        <w:pStyle w:val="Paragraphedeliste"/>
                        <w:numPr>
                          <w:ilvl w:val="0"/>
                          <w:numId w:val="21"/>
                        </w:numPr>
                      </w:pPr>
                      <w:r w:rsidRPr="00DD3607">
                        <w:t xml:space="preserve">Engagement de </w:t>
                      </w:r>
                      <w:proofErr w:type="spellStart"/>
                      <w:r w:rsidRPr="00DD3607">
                        <w:t>conformité</w:t>
                      </w:r>
                      <w:proofErr w:type="spellEnd"/>
                      <w:r w:rsidRPr="00DD3607">
                        <w:t xml:space="preserve"> via la MR004</w:t>
                      </w:r>
                      <w:r w:rsidR="00551825">
                        <w:t xml:space="preserve">: </w:t>
                      </w:r>
                      <w:r w:rsidR="00551825" w:rsidRPr="00A83C02">
                        <w:rPr>
                          <w:color w:val="0070C0"/>
                          <w:lang w:val="fr-FR"/>
                        </w:rPr>
                        <w:t>Oui Non</w:t>
                      </w:r>
                      <w:r w:rsidRPr="00DD3607">
                        <w:t xml:space="preserve"> Si </w:t>
                      </w:r>
                      <w:proofErr w:type="spellStart"/>
                      <w:r w:rsidRPr="00DD3607">
                        <w:t>oui</w:t>
                      </w:r>
                      <w:proofErr w:type="spellEnd"/>
                      <w:r w:rsidRPr="00DD3607">
                        <w:t xml:space="preserve">, merci de </w:t>
                      </w:r>
                      <w:proofErr w:type="spellStart"/>
                      <w:r w:rsidRPr="00DD3607">
                        <w:t>joindre</w:t>
                      </w:r>
                      <w:proofErr w:type="spellEnd"/>
                      <w:r w:rsidRPr="00DD3607">
                        <w:t xml:space="preserve"> au dossier </w:t>
                      </w:r>
                      <w:proofErr w:type="spellStart"/>
                      <w:r w:rsidRPr="00DD3607">
                        <w:t>l’attestation</w:t>
                      </w:r>
                      <w:proofErr w:type="spellEnd"/>
                      <w:r w:rsidRPr="00DD3607">
                        <w:t xml:space="preserve"> </w:t>
                      </w:r>
                      <w:proofErr w:type="spellStart"/>
                      <w:r w:rsidRPr="00DD3607">
                        <w:t>d’enregistrement</w:t>
                      </w:r>
                      <w:proofErr w:type="spellEnd"/>
                      <w:r w:rsidRPr="00DD3607">
                        <w:t xml:space="preserve"> </w:t>
                      </w:r>
                    </w:p>
                    <w:p w14:paraId="5A819ACD" w14:textId="2C99945D" w:rsidR="00DD3607" w:rsidRDefault="00DD3607" w:rsidP="00551825">
                      <w:pPr>
                        <w:pStyle w:val="Paragraphedeliste"/>
                        <w:numPr>
                          <w:ilvl w:val="0"/>
                          <w:numId w:val="21"/>
                        </w:numPr>
                      </w:pPr>
                      <w:proofErr w:type="spellStart"/>
                      <w:r w:rsidRPr="00DD3607">
                        <w:t>Soumission</w:t>
                      </w:r>
                      <w:proofErr w:type="spellEnd"/>
                      <w:r w:rsidRPr="00DD3607">
                        <w:t xml:space="preserve"> au CEREES et à CNIL</w:t>
                      </w:r>
                      <w:r w:rsidR="00551825">
                        <w:t xml:space="preserve"> : </w:t>
                      </w:r>
                      <w:r w:rsidR="00551825" w:rsidRPr="00A83C02">
                        <w:rPr>
                          <w:color w:val="0070C0"/>
                          <w:lang w:val="fr-FR"/>
                        </w:rPr>
                        <w:t>Oui Non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C7AE7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4. </w:t>
      </w:r>
      <w:proofErr w:type="spellStart"/>
      <w:r w:rsidR="00DD3607" w:rsidRPr="00DD3607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C</w:t>
      </w:r>
      <w:r w:rsidR="009B2AC0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onformité</w:t>
      </w:r>
      <w:proofErr w:type="spellEnd"/>
      <w:r w:rsidR="009B2AC0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 au RGPD</w:t>
      </w:r>
      <w:r w:rsidR="00DD3607" w:rsidRPr="00DD3607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 </w:t>
      </w:r>
    </w:p>
    <w:p w14:paraId="59E2B271" w14:textId="046F87C9" w:rsidR="00DD3607" w:rsidRDefault="00DD3607" w:rsidP="009C3C12"/>
    <w:p w14:paraId="4E5676E7" w14:textId="77777777" w:rsidR="00C16797" w:rsidRPr="00C16797" w:rsidRDefault="00C16797" w:rsidP="00C16797">
      <w:pPr>
        <w:rPr>
          <w:color w:val="00B050"/>
        </w:rPr>
      </w:pPr>
      <w:proofErr w:type="spellStart"/>
      <w:r w:rsidRPr="00C16797">
        <w:rPr>
          <w:color w:val="00B050"/>
        </w:rPr>
        <w:t>Données</w:t>
      </w:r>
      <w:proofErr w:type="spellEnd"/>
      <w:r w:rsidRPr="00C16797">
        <w:rPr>
          <w:color w:val="00B050"/>
        </w:rPr>
        <w:t xml:space="preserve"> </w:t>
      </w:r>
      <w:proofErr w:type="spellStart"/>
      <w:r w:rsidRPr="00C16797">
        <w:rPr>
          <w:color w:val="00B050"/>
        </w:rPr>
        <w:t>pseudonymisées</w:t>
      </w:r>
      <w:proofErr w:type="spellEnd"/>
      <w:r w:rsidRPr="00C16797">
        <w:rPr>
          <w:color w:val="00B050"/>
        </w:rPr>
        <w:t xml:space="preserve"> ?</w:t>
      </w:r>
    </w:p>
    <w:p w14:paraId="45B8CD29" w14:textId="661C5528" w:rsidR="004A5441" w:rsidRPr="00C16797" w:rsidRDefault="00C16797" w:rsidP="00C16797">
      <w:pPr>
        <w:rPr>
          <w:color w:val="00B050"/>
        </w:rPr>
      </w:pPr>
      <w:r w:rsidRPr="00C16797">
        <w:rPr>
          <w:color w:val="00B050"/>
        </w:rPr>
        <w:t>Durée de conservation ?</w:t>
      </w:r>
    </w:p>
    <w:p w14:paraId="5C229D93" w14:textId="05816EF9" w:rsidR="00E85D4A" w:rsidRDefault="00756521">
      <w:r w:rsidRPr="00756521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5. </w:t>
      </w:r>
      <w:proofErr w:type="spellStart"/>
      <w:r w:rsidRPr="00756521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Financement</w:t>
      </w:r>
      <w:proofErr w:type="spellEnd"/>
      <w:r w:rsidRPr="00756521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:</w:t>
      </w:r>
      <w:r w:rsidR="008825A3">
        <w:t xml:space="preserve"> </w:t>
      </w:r>
      <w:proofErr w:type="spellStart"/>
      <w:r w:rsidR="008825A3">
        <w:t>oui</w:t>
      </w:r>
      <w:proofErr w:type="spellEnd"/>
      <w:r w:rsidR="008825A3">
        <w:t xml:space="preserve"> / non / </w:t>
      </w:r>
      <w:proofErr w:type="spellStart"/>
      <w:r w:rsidR="008825A3">
        <w:t>en</w:t>
      </w:r>
      <w:proofErr w:type="spellEnd"/>
      <w:r w:rsidR="008825A3">
        <w:t xml:space="preserve"> </w:t>
      </w:r>
      <w:proofErr w:type="spellStart"/>
      <w:r w:rsidR="008825A3">
        <w:t>cours</w:t>
      </w:r>
      <w:proofErr w:type="spellEnd"/>
    </w:p>
    <w:p w14:paraId="3703F568" w14:textId="77777777" w:rsidR="00E85D4A" w:rsidRPr="00756521" w:rsidRDefault="008825A3">
      <w:pPr>
        <w:rPr>
          <w:bCs/>
        </w:rPr>
      </w:pPr>
      <w:r w:rsidRPr="00756521">
        <w:rPr>
          <w:bCs/>
        </w:rPr>
        <w:lastRenderedPageBreak/>
        <w:t xml:space="preserve">Source du </w:t>
      </w:r>
      <w:proofErr w:type="spellStart"/>
      <w:r w:rsidRPr="00756521">
        <w:rPr>
          <w:bCs/>
        </w:rPr>
        <w:t>financement</w:t>
      </w:r>
      <w:proofErr w:type="spellEnd"/>
    </w:p>
    <w:p w14:paraId="173CC66F" w14:textId="20E16F0A" w:rsidR="00E85D4A" w:rsidRDefault="00756521">
      <w:pPr>
        <w:pStyle w:val="Titre2"/>
      </w:pPr>
      <w:r>
        <w:t>6</w:t>
      </w:r>
      <w:r w:rsidR="008825A3">
        <w:t xml:space="preserve">. </w:t>
      </w:r>
      <w:proofErr w:type="spellStart"/>
      <w:r w:rsidR="009B2AC0">
        <w:t>Liste</w:t>
      </w:r>
      <w:proofErr w:type="spellEnd"/>
      <w:r w:rsidR="009B2AC0">
        <w:t xml:space="preserve"> de documents </w:t>
      </w:r>
      <w:proofErr w:type="spellStart"/>
      <w:r w:rsidR="009B2AC0">
        <w:t>nécessaires</w:t>
      </w:r>
      <w:proofErr w:type="spellEnd"/>
      <w:r w:rsidR="009B2AC0">
        <w:t xml:space="preserve"> à la </w:t>
      </w:r>
      <w:proofErr w:type="spellStart"/>
      <w:r w:rsidR="009B2AC0">
        <w:t>soumission</w:t>
      </w:r>
      <w:proofErr w:type="spellEnd"/>
      <w:r w:rsidR="008825A3">
        <w:t xml:space="preserve"> </w:t>
      </w:r>
    </w:p>
    <w:p w14:paraId="2608A502" w14:textId="0DC7C1BD" w:rsidR="00756521" w:rsidRDefault="008825A3">
      <w:pPr>
        <w:rPr>
          <w:color w:val="000000"/>
          <w:sz w:val="27"/>
          <w:szCs w:val="27"/>
        </w:rPr>
      </w:pPr>
      <w:r w:rsidRPr="00756521">
        <w:rPr>
          <w:rFonts w:ascii="Segoe UI Symbol" w:hAnsi="Segoe UI Symbol" w:cs="Segoe UI Symbol"/>
          <w:color w:val="000000"/>
          <w:sz w:val="27"/>
          <w:szCs w:val="27"/>
        </w:rPr>
        <w:t>☐</w:t>
      </w:r>
      <w:r w:rsidRPr="00756521">
        <w:rPr>
          <w:color w:val="000000"/>
          <w:sz w:val="27"/>
          <w:szCs w:val="27"/>
        </w:rPr>
        <w:t xml:space="preserve"> </w:t>
      </w:r>
      <w:proofErr w:type="spellStart"/>
      <w:r w:rsidR="00756521" w:rsidRPr="00756521">
        <w:rPr>
          <w:color w:val="000000"/>
          <w:sz w:val="27"/>
          <w:szCs w:val="27"/>
        </w:rPr>
        <w:t>Formulaire</w:t>
      </w:r>
      <w:proofErr w:type="spellEnd"/>
      <w:r w:rsidR="00756521" w:rsidRPr="00756521">
        <w:rPr>
          <w:color w:val="000000"/>
          <w:sz w:val="27"/>
          <w:szCs w:val="27"/>
        </w:rPr>
        <w:t xml:space="preserve"> de </w:t>
      </w:r>
      <w:proofErr w:type="spellStart"/>
      <w:r w:rsidR="00756521" w:rsidRPr="00756521">
        <w:rPr>
          <w:color w:val="000000"/>
          <w:sz w:val="27"/>
          <w:szCs w:val="27"/>
        </w:rPr>
        <w:t>demande</w:t>
      </w:r>
      <w:proofErr w:type="spellEnd"/>
      <w:r w:rsidR="00756521" w:rsidRPr="00756521">
        <w:rPr>
          <w:color w:val="000000"/>
          <w:sz w:val="27"/>
          <w:szCs w:val="27"/>
        </w:rPr>
        <w:t xml:space="preserve"> </w:t>
      </w:r>
      <w:proofErr w:type="spellStart"/>
      <w:r w:rsidR="00756521" w:rsidRPr="00756521">
        <w:rPr>
          <w:color w:val="000000"/>
          <w:sz w:val="27"/>
          <w:szCs w:val="27"/>
        </w:rPr>
        <w:t>d'avis</w:t>
      </w:r>
      <w:proofErr w:type="spellEnd"/>
      <w:r w:rsidR="00756521" w:rsidRPr="00756521">
        <w:rPr>
          <w:color w:val="000000"/>
          <w:sz w:val="27"/>
          <w:szCs w:val="27"/>
        </w:rPr>
        <w:t xml:space="preserve"> </w:t>
      </w:r>
      <w:proofErr w:type="spellStart"/>
      <w:r w:rsidR="00756521" w:rsidRPr="00756521">
        <w:rPr>
          <w:color w:val="000000"/>
          <w:sz w:val="27"/>
          <w:szCs w:val="27"/>
        </w:rPr>
        <w:t>dument</w:t>
      </w:r>
      <w:proofErr w:type="spellEnd"/>
      <w:r w:rsidR="00756521" w:rsidRPr="00756521">
        <w:rPr>
          <w:color w:val="000000"/>
          <w:sz w:val="27"/>
          <w:szCs w:val="27"/>
        </w:rPr>
        <w:t xml:space="preserve"> </w:t>
      </w:r>
      <w:proofErr w:type="spellStart"/>
      <w:r w:rsidR="00756521" w:rsidRPr="00756521">
        <w:rPr>
          <w:color w:val="000000"/>
          <w:sz w:val="27"/>
          <w:szCs w:val="27"/>
        </w:rPr>
        <w:t>rempli</w:t>
      </w:r>
      <w:proofErr w:type="spellEnd"/>
      <w:r w:rsidR="00756521" w:rsidRPr="00756521">
        <w:rPr>
          <w:color w:val="000000"/>
          <w:sz w:val="27"/>
          <w:szCs w:val="27"/>
        </w:rPr>
        <w:t xml:space="preserve"> et </w:t>
      </w:r>
      <w:proofErr w:type="spellStart"/>
      <w:r w:rsidR="00756521" w:rsidRPr="00756521">
        <w:rPr>
          <w:color w:val="000000"/>
          <w:sz w:val="27"/>
          <w:szCs w:val="27"/>
        </w:rPr>
        <w:t>signé</w:t>
      </w:r>
      <w:proofErr w:type="spellEnd"/>
      <w:r w:rsidR="00E16367">
        <w:rPr>
          <w:color w:val="000000"/>
          <w:sz w:val="27"/>
          <w:szCs w:val="27"/>
        </w:rPr>
        <w:t xml:space="preserve"> *</w:t>
      </w:r>
    </w:p>
    <w:p w14:paraId="733745EB" w14:textId="4360380B" w:rsidR="00756521" w:rsidRPr="00E16367" w:rsidRDefault="00756521">
      <w:pP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756521">
        <w:rPr>
          <w:rFonts w:ascii="Segoe UI Symbol" w:hAnsi="Segoe UI Symbol" w:cs="Segoe UI Symbol"/>
          <w:color w:val="000000"/>
          <w:sz w:val="27"/>
          <w:szCs w:val="27"/>
        </w:rPr>
        <w:t>☐</w:t>
      </w:r>
      <w:r>
        <w:rPr>
          <w:rFonts w:ascii="Segoe UI Symbol" w:hAnsi="Segoe UI Symbol" w:cs="Segoe UI Symbol"/>
          <w:color w:val="000000"/>
          <w:sz w:val="27"/>
          <w:szCs w:val="27"/>
        </w:rPr>
        <w:t xml:space="preserve"> </w:t>
      </w:r>
      <w:proofErr w:type="spellStart"/>
      <w:r w:rsidR="008825A3" w:rsidRPr="00756521">
        <w:rPr>
          <w:color w:val="000000"/>
          <w:sz w:val="27"/>
          <w:szCs w:val="27"/>
        </w:rPr>
        <w:t>Protocole</w:t>
      </w:r>
      <w:proofErr w:type="spellEnd"/>
      <w:r w:rsidR="008825A3" w:rsidRPr="00756521">
        <w:rPr>
          <w:b/>
        </w:rPr>
        <w:t xml:space="preserve"> </w:t>
      </w:r>
      <w:r>
        <w:rPr>
          <w:color w:val="000000"/>
          <w:sz w:val="27"/>
          <w:szCs w:val="27"/>
        </w:rPr>
        <w:t xml:space="preserve">avec date et </w:t>
      </w:r>
      <w:proofErr w:type="spellStart"/>
      <w:r>
        <w:rPr>
          <w:color w:val="000000"/>
          <w:sz w:val="27"/>
          <w:szCs w:val="27"/>
        </w:rPr>
        <w:t>numéro</w:t>
      </w:r>
      <w:proofErr w:type="spellEnd"/>
      <w:r>
        <w:rPr>
          <w:color w:val="000000"/>
          <w:sz w:val="27"/>
          <w:szCs w:val="27"/>
        </w:rPr>
        <w:t xml:space="preserve"> de version</w:t>
      </w:r>
      <w:r w:rsidR="00E16367">
        <w:rPr>
          <w:color w:val="000000"/>
          <w:sz w:val="27"/>
          <w:szCs w:val="27"/>
        </w:rPr>
        <w:t xml:space="preserve">* : </w:t>
      </w:r>
      <w:r w:rsidR="00E16367" w:rsidRPr="005405DF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Version du _ _ / _ _ / _ _ _ _</w:t>
      </w:r>
    </w:p>
    <w:p w14:paraId="295EFE3A" w14:textId="5D52DA4E" w:rsidR="00E85D4A" w:rsidRPr="00756521" w:rsidRDefault="008825A3">
      <w:pPr>
        <w:rPr>
          <w:color w:val="000000"/>
          <w:sz w:val="27"/>
          <w:szCs w:val="27"/>
        </w:rPr>
      </w:pPr>
      <w:bookmarkStart w:id="0" w:name="_Hlk219134008"/>
      <w:r w:rsidRPr="00756521">
        <w:rPr>
          <w:rFonts w:ascii="Segoe UI Symbol" w:hAnsi="Segoe UI Symbol" w:cs="Segoe UI Symbol"/>
          <w:color w:val="000000"/>
          <w:sz w:val="27"/>
          <w:szCs w:val="27"/>
        </w:rPr>
        <w:t>☐</w:t>
      </w:r>
      <w:bookmarkEnd w:id="0"/>
      <w:r w:rsidRPr="00756521">
        <w:rPr>
          <w:color w:val="000000"/>
          <w:sz w:val="27"/>
          <w:szCs w:val="27"/>
        </w:rPr>
        <w:t xml:space="preserve"> </w:t>
      </w:r>
      <w:r w:rsidR="00756521" w:rsidRPr="00756521">
        <w:rPr>
          <w:color w:val="000000"/>
          <w:sz w:val="27"/>
          <w:szCs w:val="27"/>
        </w:rPr>
        <w:t xml:space="preserve">Notice </w:t>
      </w:r>
      <w:proofErr w:type="spellStart"/>
      <w:r w:rsidR="00756521" w:rsidRPr="00756521">
        <w:rPr>
          <w:color w:val="000000"/>
          <w:sz w:val="27"/>
          <w:szCs w:val="27"/>
        </w:rPr>
        <w:t>d’information</w:t>
      </w:r>
      <w:proofErr w:type="spellEnd"/>
      <w:r w:rsidR="00756521" w:rsidRPr="00756521">
        <w:rPr>
          <w:color w:val="000000"/>
          <w:sz w:val="27"/>
          <w:szCs w:val="27"/>
        </w:rPr>
        <w:t xml:space="preserve"> avec date et </w:t>
      </w:r>
      <w:proofErr w:type="spellStart"/>
      <w:r w:rsidR="00756521" w:rsidRPr="00756521">
        <w:rPr>
          <w:color w:val="000000"/>
          <w:sz w:val="27"/>
          <w:szCs w:val="27"/>
        </w:rPr>
        <w:t>numéro</w:t>
      </w:r>
      <w:proofErr w:type="spellEnd"/>
      <w:r w:rsidR="00756521" w:rsidRPr="00756521">
        <w:rPr>
          <w:color w:val="000000"/>
          <w:sz w:val="27"/>
          <w:szCs w:val="27"/>
        </w:rPr>
        <w:t xml:space="preserve"> de version</w:t>
      </w:r>
      <w:r w:rsidR="00E16367">
        <w:rPr>
          <w:color w:val="000000"/>
          <w:sz w:val="27"/>
          <w:szCs w:val="27"/>
        </w:rPr>
        <w:t xml:space="preserve">* : </w:t>
      </w:r>
      <w:r w:rsidR="00E16367" w:rsidRPr="005405DF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Version du _ _ / _ _ / _ _ _ _ Non applicable</w:t>
      </w:r>
    </w:p>
    <w:p w14:paraId="1F3B49B1" w14:textId="05042E82" w:rsidR="00E85D4A" w:rsidRPr="009B2AC0" w:rsidRDefault="008825A3">
      <w:pPr>
        <w:rPr>
          <w:color w:val="000000"/>
          <w:sz w:val="27"/>
          <w:szCs w:val="27"/>
        </w:rPr>
      </w:pPr>
      <w:r w:rsidRPr="00756521">
        <w:rPr>
          <w:rFonts w:ascii="Segoe UI Symbol" w:hAnsi="Segoe UI Symbol" w:cs="Segoe UI Symbol"/>
          <w:color w:val="000000"/>
          <w:sz w:val="27"/>
          <w:szCs w:val="27"/>
        </w:rPr>
        <w:t>☐</w:t>
      </w:r>
      <w:r w:rsidRPr="00756521">
        <w:rPr>
          <w:color w:val="000000"/>
          <w:sz w:val="27"/>
          <w:szCs w:val="27"/>
        </w:rPr>
        <w:t xml:space="preserve"> </w:t>
      </w:r>
      <w:r w:rsidR="00756521" w:rsidRPr="00756521">
        <w:rPr>
          <w:color w:val="000000"/>
          <w:sz w:val="27"/>
          <w:szCs w:val="27"/>
        </w:rPr>
        <w:t xml:space="preserve"> Attestation MR004 </w:t>
      </w:r>
      <w:r w:rsidR="00C16797">
        <w:rPr>
          <w:color w:val="000000"/>
          <w:sz w:val="27"/>
          <w:szCs w:val="27"/>
        </w:rPr>
        <w:t>/</w:t>
      </w:r>
      <w:proofErr w:type="spellStart"/>
      <w:r w:rsidR="00756521" w:rsidRPr="00756521">
        <w:rPr>
          <w:color w:val="000000"/>
          <w:sz w:val="27"/>
          <w:szCs w:val="27"/>
        </w:rPr>
        <w:t>Enregistrement</w:t>
      </w:r>
      <w:proofErr w:type="spellEnd"/>
      <w:r w:rsidR="00756521" w:rsidRPr="00756521">
        <w:rPr>
          <w:color w:val="000000"/>
          <w:sz w:val="27"/>
          <w:szCs w:val="27"/>
        </w:rPr>
        <w:t xml:space="preserve"> sur </w:t>
      </w:r>
      <w:proofErr w:type="spellStart"/>
      <w:r w:rsidR="00756521" w:rsidRPr="00756521">
        <w:rPr>
          <w:color w:val="000000"/>
          <w:sz w:val="27"/>
          <w:szCs w:val="27"/>
        </w:rPr>
        <w:t>registre</w:t>
      </w:r>
      <w:proofErr w:type="spellEnd"/>
      <w:r w:rsidR="00756521" w:rsidRPr="00756521">
        <w:rPr>
          <w:color w:val="000000"/>
          <w:sz w:val="27"/>
          <w:szCs w:val="27"/>
        </w:rPr>
        <w:t xml:space="preserve"> interne </w:t>
      </w:r>
    </w:p>
    <w:p w14:paraId="4086D687" w14:textId="705F165E" w:rsidR="00E85D4A" w:rsidRDefault="008825A3">
      <w:pPr>
        <w:rPr>
          <w:color w:val="000000"/>
          <w:sz w:val="27"/>
          <w:szCs w:val="27"/>
        </w:rPr>
      </w:pPr>
      <w:r w:rsidRPr="00756521">
        <w:rPr>
          <w:rFonts w:ascii="Segoe UI Symbol" w:hAnsi="Segoe UI Symbol" w:cs="Segoe UI Symbol"/>
          <w:color w:val="000000"/>
          <w:sz w:val="27"/>
          <w:szCs w:val="27"/>
        </w:rPr>
        <w:t>☐</w:t>
      </w:r>
      <w:r w:rsidRPr="00756521">
        <w:rPr>
          <w:color w:val="000000"/>
          <w:sz w:val="27"/>
          <w:szCs w:val="27"/>
        </w:rPr>
        <w:t xml:space="preserve"> CV du </w:t>
      </w:r>
      <w:proofErr w:type="spellStart"/>
      <w:r w:rsidRPr="00756521">
        <w:rPr>
          <w:color w:val="000000"/>
          <w:sz w:val="27"/>
          <w:szCs w:val="27"/>
        </w:rPr>
        <w:t>porteur</w:t>
      </w:r>
      <w:proofErr w:type="spellEnd"/>
      <w:r w:rsidRPr="00756521">
        <w:rPr>
          <w:color w:val="000000"/>
          <w:sz w:val="27"/>
          <w:szCs w:val="27"/>
        </w:rPr>
        <w:t xml:space="preserve"> / </w:t>
      </w:r>
      <w:proofErr w:type="spellStart"/>
      <w:r w:rsidRPr="00756521">
        <w:rPr>
          <w:color w:val="000000"/>
          <w:sz w:val="27"/>
          <w:szCs w:val="27"/>
        </w:rPr>
        <w:t>encadrant</w:t>
      </w:r>
      <w:proofErr w:type="spellEnd"/>
      <w:r w:rsidR="00E16367">
        <w:rPr>
          <w:color w:val="000000"/>
          <w:sz w:val="27"/>
          <w:szCs w:val="27"/>
        </w:rPr>
        <w:t>*</w:t>
      </w:r>
    </w:p>
    <w:p w14:paraId="7559A68C" w14:textId="77777777" w:rsidR="00756521" w:rsidRPr="00756521" w:rsidRDefault="00756521">
      <w:pPr>
        <w:rPr>
          <w:color w:val="000000"/>
          <w:sz w:val="27"/>
          <w:szCs w:val="27"/>
        </w:rPr>
      </w:pPr>
    </w:p>
    <w:p w14:paraId="0FE0E0F9" w14:textId="2F7532BB" w:rsidR="00E85D4A" w:rsidRDefault="00756521">
      <w:pPr>
        <w:pStyle w:val="Titre2"/>
      </w:pPr>
      <w:r>
        <w:t>7</w:t>
      </w:r>
      <w:r w:rsidR="008825A3">
        <w:t xml:space="preserve">. Engagement du </w:t>
      </w:r>
      <w:proofErr w:type="spellStart"/>
      <w:r w:rsidR="008825A3">
        <w:t>porteur</w:t>
      </w:r>
      <w:proofErr w:type="spellEnd"/>
    </w:p>
    <w:p w14:paraId="41236176" w14:textId="33185DE7" w:rsidR="00E85D4A" w:rsidRDefault="008825A3">
      <w:r>
        <w:t xml:space="preserve">Je </w:t>
      </w:r>
      <w:proofErr w:type="spellStart"/>
      <w:r>
        <w:t>certifie</w:t>
      </w:r>
      <w:proofErr w:type="spellEnd"/>
      <w:r>
        <w:t xml:space="preserve"> </w:t>
      </w:r>
      <w:proofErr w:type="spellStart"/>
      <w:r>
        <w:t>l’exactitude</w:t>
      </w:r>
      <w:proofErr w:type="spellEnd"/>
      <w:r>
        <w:t xml:space="preserve"> des </w:t>
      </w:r>
      <w:proofErr w:type="spellStart"/>
      <w:r>
        <w:t>informations</w:t>
      </w:r>
      <w:proofErr w:type="spellEnd"/>
      <w:r>
        <w:t xml:space="preserve"> </w:t>
      </w:r>
      <w:proofErr w:type="spellStart"/>
      <w:r>
        <w:t>fournies</w:t>
      </w:r>
      <w:proofErr w:type="spellEnd"/>
      <w:r>
        <w:t xml:space="preserve"> et </w:t>
      </w:r>
      <w:proofErr w:type="spellStart"/>
      <w:r>
        <w:t>m’engage</w:t>
      </w:r>
      <w:proofErr w:type="spellEnd"/>
      <w:r>
        <w:t xml:space="preserve"> à ne pas </w:t>
      </w:r>
      <w:proofErr w:type="spellStart"/>
      <w:r>
        <w:t>débuter</w:t>
      </w:r>
      <w:proofErr w:type="spellEnd"/>
      <w:r>
        <w:t xml:space="preserve"> la recherche </w:t>
      </w:r>
      <w:proofErr w:type="spellStart"/>
      <w:r>
        <w:t>avant</w:t>
      </w:r>
      <w:proofErr w:type="spellEnd"/>
      <w:r>
        <w:t xml:space="preserve"> </w:t>
      </w:r>
      <w:proofErr w:type="spellStart"/>
      <w:r>
        <w:t>l’obtention</w:t>
      </w:r>
      <w:proofErr w:type="spellEnd"/>
      <w:r>
        <w:t xml:space="preserve"> de </w:t>
      </w:r>
      <w:proofErr w:type="spellStart"/>
      <w:r>
        <w:t>l’avis</w:t>
      </w:r>
      <w:proofErr w:type="spellEnd"/>
      <w:r>
        <w:t xml:space="preserve"> </w:t>
      </w:r>
      <w:proofErr w:type="spellStart"/>
      <w:r>
        <w:t>éthique</w:t>
      </w:r>
      <w:proofErr w:type="spellEnd"/>
      <w:r>
        <w:t xml:space="preserve"> </w:t>
      </w:r>
      <w:proofErr w:type="spellStart"/>
      <w:r>
        <w:t>requis</w:t>
      </w:r>
      <w:proofErr w:type="spellEnd"/>
      <w:r>
        <w:t>.</w:t>
      </w:r>
      <w:r>
        <w:br/>
      </w:r>
      <w:r>
        <w:br/>
        <w:t>Nom – Date – Signature</w:t>
      </w:r>
    </w:p>
    <w:sectPr w:rsidR="00E85D4A" w:rsidSect="00034616">
      <w:head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82ADF" w14:textId="77777777" w:rsidR="007E649F" w:rsidRDefault="007E649F" w:rsidP="007E649F">
      <w:pPr>
        <w:spacing w:after="0" w:line="240" w:lineRule="auto"/>
      </w:pPr>
      <w:r>
        <w:separator/>
      </w:r>
    </w:p>
  </w:endnote>
  <w:endnote w:type="continuationSeparator" w:id="0">
    <w:p w14:paraId="5A54E110" w14:textId="77777777" w:rsidR="007E649F" w:rsidRDefault="007E649F" w:rsidP="007E6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06C96" w14:textId="77777777" w:rsidR="007E649F" w:rsidRDefault="007E649F" w:rsidP="007E649F">
      <w:pPr>
        <w:spacing w:after="0" w:line="240" w:lineRule="auto"/>
      </w:pPr>
      <w:r>
        <w:separator/>
      </w:r>
    </w:p>
  </w:footnote>
  <w:footnote w:type="continuationSeparator" w:id="0">
    <w:p w14:paraId="5278D65D" w14:textId="77777777" w:rsidR="007E649F" w:rsidRDefault="007E649F" w:rsidP="007E64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A41EE" w14:textId="1A359370" w:rsidR="005B58C4" w:rsidRDefault="005B58C4">
    <w:pPr>
      <w:pStyle w:val="En-tte"/>
      <w:rPr>
        <w:color w:val="000000"/>
        <w:sz w:val="27"/>
        <w:szCs w:val="27"/>
      </w:rPr>
    </w:pPr>
    <w:r>
      <w:rPr>
        <w:noProof/>
        <w:color w:val="000000"/>
        <w:sz w:val="27"/>
        <w:szCs w:val="27"/>
      </w:rPr>
      <w:drawing>
        <wp:anchor distT="0" distB="0" distL="114300" distR="114300" simplePos="0" relativeHeight="251643392" behindDoc="1" locked="0" layoutInCell="1" allowOverlap="1" wp14:anchorId="0FCCF992" wp14:editId="56F8E633">
          <wp:simplePos x="0" y="0"/>
          <wp:positionH relativeFrom="column">
            <wp:posOffset>5905500</wp:posOffset>
          </wp:positionH>
          <wp:positionV relativeFrom="paragraph">
            <wp:posOffset>-406400</wp:posOffset>
          </wp:positionV>
          <wp:extent cx="666750" cy="514411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6750" cy="5144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color w:val="000000"/>
        <w:sz w:val="27"/>
        <w:szCs w:val="27"/>
      </w:rPr>
      <w:drawing>
        <wp:anchor distT="0" distB="0" distL="114300" distR="114300" simplePos="0" relativeHeight="251639296" behindDoc="1" locked="0" layoutInCell="1" allowOverlap="1" wp14:anchorId="05941B95" wp14:editId="1C72776C">
          <wp:simplePos x="0" y="0"/>
          <wp:positionH relativeFrom="column">
            <wp:posOffset>3752850</wp:posOffset>
          </wp:positionH>
          <wp:positionV relativeFrom="paragraph">
            <wp:posOffset>-349250</wp:posOffset>
          </wp:positionV>
          <wp:extent cx="2012950" cy="334093"/>
          <wp:effectExtent l="0" t="0" r="6350" b="889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12950" cy="334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C681456" w14:textId="7BF13F78" w:rsidR="007E649F" w:rsidRPr="005B58C4" w:rsidRDefault="007E649F" w:rsidP="005B58C4">
    <w:pPr>
      <w:pStyle w:val="Citationintense"/>
    </w:pPr>
    <w:r w:rsidRPr="005B58C4">
      <w:t>FORMULAIRE DE SOUMISSION INITIALE D’UN PROJET CER-ORKID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AF1B34"/>
    <w:multiLevelType w:val="hybridMultilevel"/>
    <w:tmpl w:val="A66E59E2"/>
    <w:lvl w:ilvl="0" w:tplc="031A54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3CC5E9A"/>
    <w:multiLevelType w:val="hybridMultilevel"/>
    <w:tmpl w:val="62B4224C"/>
    <w:lvl w:ilvl="0" w:tplc="031A546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4921608"/>
    <w:multiLevelType w:val="hybridMultilevel"/>
    <w:tmpl w:val="B54A6CB0"/>
    <w:lvl w:ilvl="0" w:tplc="02D63B9C">
      <w:start w:val="2"/>
      <w:numFmt w:val="bullet"/>
      <w:lvlText w:val="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2975615"/>
    <w:multiLevelType w:val="hybridMultilevel"/>
    <w:tmpl w:val="3F02ABFA"/>
    <w:lvl w:ilvl="0" w:tplc="040C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3" w15:restartNumberingAfterBreak="0">
    <w:nsid w:val="27D546EC"/>
    <w:multiLevelType w:val="hybridMultilevel"/>
    <w:tmpl w:val="2F5439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2B0FCA"/>
    <w:multiLevelType w:val="hybridMultilevel"/>
    <w:tmpl w:val="BC1AC4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146BB"/>
    <w:multiLevelType w:val="multilevel"/>
    <w:tmpl w:val="6BA40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FC41AA"/>
    <w:multiLevelType w:val="hybridMultilevel"/>
    <w:tmpl w:val="146E30F4"/>
    <w:lvl w:ilvl="0" w:tplc="031A546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EF6564"/>
    <w:multiLevelType w:val="hybridMultilevel"/>
    <w:tmpl w:val="063A3D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8C6FB7"/>
    <w:multiLevelType w:val="multilevel"/>
    <w:tmpl w:val="3CE0C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B514AB"/>
    <w:multiLevelType w:val="multilevel"/>
    <w:tmpl w:val="4F504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2D17AB"/>
    <w:multiLevelType w:val="multilevel"/>
    <w:tmpl w:val="774C3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F10F64"/>
    <w:multiLevelType w:val="multilevel"/>
    <w:tmpl w:val="40EAC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556F20"/>
    <w:multiLevelType w:val="hybridMultilevel"/>
    <w:tmpl w:val="67046998"/>
    <w:lvl w:ilvl="0" w:tplc="031A546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5A608A7"/>
    <w:multiLevelType w:val="hybridMultilevel"/>
    <w:tmpl w:val="47E22D8A"/>
    <w:lvl w:ilvl="0" w:tplc="8BDE3F70">
      <w:start w:val="1"/>
      <w:numFmt w:val="bullet"/>
      <w:lvlText w:val=""/>
      <w:lvlJc w:val="left"/>
      <w:pPr>
        <w:ind w:left="1428" w:hanging="360"/>
      </w:pPr>
      <w:rPr>
        <w:rFonts w:ascii="Wingdings 3" w:hAnsi="Wingdings 3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57DC5996"/>
    <w:multiLevelType w:val="multilevel"/>
    <w:tmpl w:val="2BD4C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C32497"/>
    <w:multiLevelType w:val="hybridMultilevel"/>
    <w:tmpl w:val="F2F084A0"/>
    <w:lvl w:ilvl="0" w:tplc="031A54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910542"/>
    <w:multiLevelType w:val="multilevel"/>
    <w:tmpl w:val="B8C85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8C33EC3"/>
    <w:multiLevelType w:val="hybridMultilevel"/>
    <w:tmpl w:val="E374887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C7551F"/>
    <w:multiLevelType w:val="multilevel"/>
    <w:tmpl w:val="A2728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843078E"/>
    <w:multiLevelType w:val="multilevel"/>
    <w:tmpl w:val="E4A4E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6E4ABD"/>
    <w:multiLevelType w:val="multilevel"/>
    <w:tmpl w:val="DD824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9"/>
  </w:num>
  <w:num w:numId="11">
    <w:abstractNumId w:val="28"/>
  </w:num>
  <w:num w:numId="12">
    <w:abstractNumId w:val="19"/>
  </w:num>
  <w:num w:numId="13">
    <w:abstractNumId w:val="24"/>
  </w:num>
  <w:num w:numId="14">
    <w:abstractNumId w:val="12"/>
  </w:num>
  <w:num w:numId="15">
    <w:abstractNumId w:val="16"/>
  </w:num>
  <w:num w:numId="16">
    <w:abstractNumId w:val="22"/>
  </w:num>
  <w:num w:numId="17">
    <w:abstractNumId w:val="13"/>
  </w:num>
  <w:num w:numId="18">
    <w:abstractNumId w:val="10"/>
  </w:num>
  <w:num w:numId="19">
    <w:abstractNumId w:val="9"/>
  </w:num>
  <w:num w:numId="20">
    <w:abstractNumId w:val="27"/>
  </w:num>
  <w:num w:numId="21">
    <w:abstractNumId w:val="25"/>
  </w:num>
  <w:num w:numId="22">
    <w:abstractNumId w:val="30"/>
  </w:num>
  <w:num w:numId="23">
    <w:abstractNumId w:val="26"/>
  </w:num>
  <w:num w:numId="24">
    <w:abstractNumId w:val="18"/>
  </w:num>
  <w:num w:numId="25">
    <w:abstractNumId w:val="15"/>
  </w:num>
  <w:num w:numId="26">
    <w:abstractNumId w:val="21"/>
  </w:num>
  <w:num w:numId="27">
    <w:abstractNumId w:val="20"/>
  </w:num>
  <w:num w:numId="28">
    <w:abstractNumId w:val="17"/>
  </w:num>
  <w:num w:numId="29">
    <w:abstractNumId w:val="23"/>
  </w:num>
  <w:num w:numId="30">
    <w:abstractNumId w:val="11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4AFF"/>
    <w:rsid w:val="0015074B"/>
    <w:rsid w:val="00202ED6"/>
    <w:rsid w:val="0029639D"/>
    <w:rsid w:val="002B61F0"/>
    <w:rsid w:val="00326F90"/>
    <w:rsid w:val="003A6C28"/>
    <w:rsid w:val="004A5441"/>
    <w:rsid w:val="005405DF"/>
    <w:rsid w:val="00551825"/>
    <w:rsid w:val="00572BAD"/>
    <w:rsid w:val="005A5DAB"/>
    <w:rsid w:val="005B58C4"/>
    <w:rsid w:val="00653519"/>
    <w:rsid w:val="006C7AE7"/>
    <w:rsid w:val="00712A9A"/>
    <w:rsid w:val="00756521"/>
    <w:rsid w:val="00763FE5"/>
    <w:rsid w:val="007E649F"/>
    <w:rsid w:val="0085181D"/>
    <w:rsid w:val="008825A3"/>
    <w:rsid w:val="009B2AC0"/>
    <w:rsid w:val="009C3C12"/>
    <w:rsid w:val="00A55756"/>
    <w:rsid w:val="00A83C02"/>
    <w:rsid w:val="00AA1D8D"/>
    <w:rsid w:val="00AB3740"/>
    <w:rsid w:val="00AC36EC"/>
    <w:rsid w:val="00B47730"/>
    <w:rsid w:val="00B51CDC"/>
    <w:rsid w:val="00BF4C5E"/>
    <w:rsid w:val="00C16797"/>
    <w:rsid w:val="00CB0664"/>
    <w:rsid w:val="00D0342F"/>
    <w:rsid w:val="00D1794C"/>
    <w:rsid w:val="00DD3607"/>
    <w:rsid w:val="00E16367"/>
    <w:rsid w:val="00E56E99"/>
    <w:rsid w:val="00E85D4A"/>
    <w:rsid w:val="00F737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1EA2D023"/>
  <w14:defaultImageDpi w14:val="300"/>
  <w15:docId w15:val="{2430885B-AC22-4C47-B55A-5B9DF0607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653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DD3607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D3607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9B2AC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B2AC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B2AC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B2AC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B2AC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287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85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1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nil.fr/fr/recherche-medicale-comment-proceder-pour-une-these-ou-un-memoir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nil.fr/fr/recherche-medicale-comment-proceder-pour-une-these-ou-un-memoir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3</Pages>
  <Words>212</Words>
  <Characters>1168</Characters>
  <Application>Microsoft Office Word</Application>
  <DocSecurity>0</DocSecurity>
  <Lines>9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OUESLATI Molka</cp:lastModifiedBy>
  <cp:revision>13</cp:revision>
  <dcterms:created xsi:type="dcterms:W3CDTF">2013-12-23T23:15:00Z</dcterms:created>
  <dcterms:modified xsi:type="dcterms:W3CDTF">2026-02-26T16:40:00Z</dcterms:modified>
  <cp:category/>
</cp:coreProperties>
</file>